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A3212" w14:textId="77777777" w:rsidR="007B6572" w:rsidRPr="00CC1DF7" w:rsidRDefault="00B7627A" w:rsidP="00CC1DF7">
      <w:pPr>
        <w:pStyle w:val="Heading1"/>
        <w:rPr>
          <w:rFonts w:cstheme="majorHAnsi"/>
          <w:sz w:val="36"/>
          <w:szCs w:val="36"/>
        </w:rPr>
      </w:pPr>
      <w:r w:rsidRPr="00CC1DF7">
        <w:rPr>
          <w:rFonts w:cstheme="majorHAnsi"/>
          <w:sz w:val="36"/>
          <w:szCs w:val="36"/>
        </w:rPr>
        <w:t>Initial Information for Academic Partnership Proposal</w:t>
      </w:r>
    </w:p>
    <w:p w14:paraId="1E3F8D78" w14:textId="77777777" w:rsidR="007B6572" w:rsidRPr="00CC1DF7" w:rsidRDefault="00B7627A" w:rsidP="00CC1DF7">
      <w:pPr>
        <w:pStyle w:val="Heading2"/>
        <w:rPr>
          <w:rFonts w:cstheme="majorHAnsi"/>
        </w:rPr>
      </w:pPr>
      <w:r w:rsidRPr="00CC1DF7">
        <w:rPr>
          <w:rFonts w:cstheme="majorHAnsi"/>
        </w:rPr>
        <w:t>1. Institution Details</w:t>
      </w:r>
    </w:p>
    <w:tbl>
      <w:tblPr>
        <w:tblStyle w:val="TableGrid"/>
        <w:tblW w:w="0" w:type="auto"/>
        <w:tblLook w:val="04A0" w:firstRow="1" w:lastRow="0" w:firstColumn="1" w:lastColumn="0" w:noHBand="0" w:noVBand="1"/>
        <w:tblCaption w:val="1. Institution Details"/>
        <w:tblDescription w:val="Accessible table for 1. Institution Details"/>
      </w:tblPr>
      <w:tblGrid>
        <w:gridCol w:w="3085"/>
        <w:gridCol w:w="5555"/>
      </w:tblGrid>
      <w:tr w:rsidR="007B6572" w:rsidRPr="00CC1DF7" w14:paraId="091784CA" w14:textId="77777777" w:rsidTr="00E73417">
        <w:tc>
          <w:tcPr>
            <w:tcW w:w="3085" w:type="dxa"/>
          </w:tcPr>
          <w:p w14:paraId="0722FF87" w14:textId="77777777" w:rsidR="007B6572" w:rsidRPr="00CC1DF7" w:rsidRDefault="00B7627A">
            <w:pPr>
              <w:rPr>
                <w:rFonts w:asciiTheme="majorHAnsi" w:hAnsiTheme="majorHAnsi" w:cstheme="majorHAnsi"/>
              </w:rPr>
            </w:pPr>
            <w:r w:rsidRPr="00CC1DF7">
              <w:rPr>
                <w:rFonts w:asciiTheme="majorHAnsi" w:hAnsiTheme="majorHAnsi" w:cstheme="majorHAnsi"/>
              </w:rPr>
              <w:t>Field</w:t>
            </w:r>
          </w:p>
        </w:tc>
        <w:tc>
          <w:tcPr>
            <w:tcW w:w="5555" w:type="dxa"/>
          </w:tcPr>
          <w:p w14:paraId="64B183BB"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6E5DD362" w14:textId="77777777" w:rsidTr="00E73417">
        <w:tc>
          <w:tcPr>
            <w:tcW w:w="3085" w:type="dxa"/>
          </w:tcPr>
          <w:p w14:paraId="664DE36A" w14:textId="77777777" w:rsidR="007B6572" w:rsidRPr="00CC1DF7" w:rsidRDefault="00B7627A">
            <w:pPr>
              <w:rPr>
                <w:rFonts w:asciiTheme="majorHAnsi" w:hAnsiTheme="majorHAnsi" w:cstheme="majorHAnsi"/>
              </w:rPr>
            </w:pPr>
            <w:r w:rsidRPr="00CC1DF7">
              <w:rPr>
                <w:rFonts w:asciiTheme="majorHAnsi" w:hAnsiTheme="majorHAnsi" w:cstheme="majorHAnsi"/>
              </w:rPr>
              <w:t>Name of institution</w:t>
            </w:r>
          </w:p>
        </w:tc>
        <w:tc>
          <w:tcPr>
            <w:tcW w:w="5555" w:type="dxa"/>
          </w:tcPr>
          <w:p w14:paraId="551A55E3" w14:textId="77777777" w:rsidR="007B6572" w:rsidRPr="00CC1DF7" w:rsidRDefault="007B6572">
            <w:pPr>
              <w:rPr>
                <w:rFonts w:asciiTheme="majorHAnsi" w:hAnsiTheme="majorHAnsi" w:cstheme="majorHAnsi"/>
              </w:rPr>
            </w:pPr>
          </w:p>
        </w:tc>
      </w:tr>
      <w:tr w:rsidR="007B6572" w:rsidRPr="00CC1DF7" w14:paraId="04AA9E36" w14:textId="77777777" w:rsidTr="00E73417">
        <w:tc>
          <w:tcPr>
            <w:tcW w:w="3085" w:type="dxa"/>
          </w:tcPr>
          <w:p w14:paraId="2083425A" w14:textId="77777777" w:rsidR="007B6572" w:rsidRPr="00CC1DF7" w:rsidRDefault="00B7627A">
            <w:pPr>
              <w:rPr>
                <w:rFonts w:asciiTheme="majorHAnsi" w:hAnsiTheme="majorHAnsi" w:cstheme="majorHAnsi"/>
              </w:rPr>
            </w:pPr>
            <w:r w:rsidRPr="00CC1DF7">
              <w:rPr>
                <w:rFonts w:asciiTheme="majorHAnsi" w:hAnsiTheme="majorHAnsi" w:cstheme="majorHAnsi"/>
              </w:rPr>
              <w:t>Legal address</w:t>
            </w:r>
          </w:p>
        </w:tc>
        <w:tc>
          <w:tcPr>
            <w:tcW w:w="5555" w:type="dxa"/>
          </w:tcPr>
          <w:p w14:paraId="669531F6" w14:textId="77777777" w:rsidR="007B6572" w:rsidRPr="00CC1DF7" w:rsidRDefault="007B6572">
            <w:pPr>
              <w:rPr>
                <w:rFonts w:asciiTheme="majorHAnsi" w:hAnsiTheme="majorHAnsi" w:cstheme="majorHAnsi"/>
              </w:rPr>
            </w:pPr>
          </w:p>
        </w:tc>
      </w:tr>
      <w:tr w:rsidR="007B6572" w:rsidRPr="00CC1DF7" w14:paraId="10EAEF00" w14:textId="77777777" w:rsidTr="00E73417">
        <w:tc>
          <w:tcPr>
            <w:tcW w:w="3085" w:type="dxa"/>
          </w:tcPr>
          <w:p w14:paraId="20842A0D" w14:textId="77777777" w:rsidR="007B6572" w:rsidRPr="00CC1DF7" w:rsidRDefault="00B7627A">
            <w:pPr>
              <w:rPr>
                <w:rFonts w:asciiTheme="majorHAnsi" w:hAnsiTheme="majorHAnsi" w:cstheme="majorHAnsi"/>
              </w:rPr>
            </w:pPr>
            <w:r w:rsidRPr="00CC1DF7">
              <w:rPr>
                <w:rFonts w:asciiTheme="majorHAnsi" w:hAnsiTheme="majorHAnsi" w:cstheme="majorHAnsi"/>
              </w:rPr>
              <w:t>Country</w:t>
            </w:r>
          </w:p>
        </w:tc>
        <w:tc>
          <w:tcPr>
            <w:tcW w:w="5555" w:type="dxa"/>
          </w:tcPr>
          <w:p w14:paraId="094E038D" w14:textId="77777777" w:rsidR="007B6572" w:rsidRPr="00CC1DF7" w:rsidRDefault="007B6572">
            <w:pPr>
              <w:rPr>
                <w:rFonts w:asciiTheme="majorHAnsi" w:hAnsiTheme="majorHAnsi" w:cstheme="majorHAnsi"/>
              </w:rPr>
            </w:pPr>
          </w:p>
        </w:tc>
      </w:tr>
      <w:tr w:rsidR="007B6572" w:rsidRPr="00CC1DF7" w14:paraId="6C8E7704" w14:textId="77777777" w:rsidTr="00E73417">
        <w:tc>
          <w:tcPr>
            <w:tcW w:w="3085" w:type="dxa"/>
          </w:tcPr>
          <w:p w14:paraId="1FDF7E03" w14:textId="77777777" w:rsidR="007B6572" w:rsidRPr="00CC1DF7" w:rsidRDefault="00B7627A">
            <w:pPr>
              <w:rPr>
                <w:rFonts w:asciiTheme="majorHAnsi" w:hAnsiTheme="majorHAnsi" w:cstheme="majorHAnsi"/>
              </w:rPr>
            </w:pPr>
            <w:r w:rsidRPr="00CC1DF7">
              <w:rPr>
                <w:rFonts w:asciiTheme="majorHAnsi" w:hAnsiTheme="majorHAnsi" w:cstheme="majorHAnsi"/>
              </w:rPr>
              <w:t>Website</w:t>
            </w:r>
          </w:p>
        </w:tc>
        <w:tc>
          <w:tcPr>
            <w:tcW w:w="5555" w:type="dxa"/>
          </w:tcPr>
          <w:p w14:paraId="5BF1F69B" w14:textId="77777777" w:rsidR="007B6572" w:rsidRPr="00CC1DF7" w:rsidRDefault="007B6572">
            <w:pPr>
              <w:rPr>
                <w:rFonts w:asciiTheme="majorHAnsi" w:hAnsiTheme="majorHAnsi" w:cstheme="majorHAnsi"/>
              </w:rPr>
            </w:pPr>
          </w:p>
        </w:tc>
      </w:tr>
      <w:tr w:rsidR="007B6572" w:rsidRPr="00CC1DF7" w14:paraId="71D86364" w14:textId="77777777" w:rsidTr="00E73417">
        <w:tc>
          <w:tcPr>
            <w:tcW w:w="3085" w:type="dxa"/>
          </w:tcPr>
          <w:p w14:paraId="3078C512" w14:textId="77777777" w:rsidR="007B6572" w:rsidRPr="00CC1DF7" w:rsidRDefault="00B7627A">
            <w:pPr>
              <w:rPr>
                <w:rFonts w:asciiTheme="majorHAnsi" w:hAnsiTheme="majorHAnsi" w:cstheme="majorHAnsi"/>
              </w:rPr>
            </w:pPr>
            <w:r w:rsidRPr="00CC1DF7">
              <w:rPr>
                <w:rFonts w:asciiTheme="majorHAnsi" w:hAnsiTheme="majorHAnsi" w:cstheme="majorHAnsi"/>
              </w:rPr>
              <w:t>Type of organisation</w:t>
            </w:r>
          </w:p>
        </w:tc>
        <w:tc>
          <w:tcPr>
            <w:tcW w:w="5555" w:type="dxa"/>
          </w:tcPr>
          <w:p w14:paraId="5C8B5E4D" w14:textId="77777777" w:rsidR="00C1008A" w:rsidRPr="00CC1DF7" w:rsidRDefault="00B7627A">
            <w:pPr>
              <w:rPr>
                <w:rFonts w:asciiTheme="majorHAnsi" w:hAnsiTheme="majorHAnsi" w:cstheme="majorHAnsi"/>
              </w:rPr>
            </w:pPr>
            <w:r w:rsidRPr="00CC1DF7">
              <w:rPr>
                <w:rFonts w:asciiTheme="majorHAnsi" w:hAnsiTheme="majorHAnsi" w:cstheme="majorHAnsi"/>
              </w:rPr>
              <w:t xml:space="preserve">Public higher education </w:t>
            </w:r>
            <w:proofErr w:type="gramStart"/>
            <w:r w:rsidRPr="00CC1DF7">
              <w:rPr>
                <w:rFonts w:asciiTheme="majorHAnsi" w:hAnsiTheme="majorHAnsi" w:cstheme="majorHAnsi"/>
              </w:rPr>
              <w:t xml:space="preserve">institution </w:t>
            </w:r>
            <w:r w:rsidRPr="00CC1DF7">
              <w:rPr>
                <w:rFonts w:ascii="Segoe UI Symbol" w:hAnsi="Segoe UI Symbol" w:cs="Segoe UI Symbol"/>
              </w:rPr>
              <w:t>☐</w:t>
            </w:r>
            <w:proofErr w:type="gramEnd"/>
            <w:r w:rsidRPr="00CC1DF7">
              <w:rPr>
                <w:rFonts w:asciiTheme="majorHAnsi" w:hAnsiTheme="majorHAnsi" w:cstheme="majorHAnsi"/>
              </w:rPr>
              <w:t xml:space="preserve">  </w:t>
            </w:r>
          </w:p>
          <w:p w14:paraId="4427A43B" w14:textId="77777777" w:rsidR="00C1008A" w:rsidRPr="00CC1DF7" w:rsidRDefault="00B7627A">
            <w:pPr>
              <w:rPr>
                <w:rFonts w:asciiTheme="majorHAnsi" w:hAnsiTheme="majorHAnsi" w:cstheme="majorHAnsi"/>
              </w:rPr>
            </w:pPr>
            <w:r w:rsidRPr="00CC1DF7">
              <w:rPr>
                <w:rFonts w:asciiTheme="majorHAnsi" w:hAnsiTheme="majorHAnsi" w:cstheme="majorHAnsi"/>
              </w:rPr>
              <w:t xml:space="preserve">Private higher education </w:t>
            </w:r>
            <w:proofErr w:type="gramStart"/>
            <w:r w:rsidRPr="00CC1DF7">
              <w:rPr>
                <w:rFonts w:asciiTheme="majorHAnsi" w:hAnsiTheme="majorHAnsi" w:cstheme="majorHAnsi"/>
              </w:rPr>
              <w:t xml:space="preserve">institution </w:t>
            </w:r>
            <w:r w:rsidRPr="00CC1DF7">
              <w:rPr>
                <w:rFonts w:ascii="Segoe UI Symbol" w:hAnsi="Segoe UI Symbol" w:cs="Segoe UI Symbol"/>
              </w:rPr>
              <w:t>☐</w:t>
            </w:r>
            <w:proofErr w:type="gramEnd"/>
            <w:r w:rsidRPr="00CC1DF7">
              <w:rPr>
                <w:rFonts w:asciiTheme="majorHAnsi" w:hAnsiTheme="majorHAnsi" w:cstheme="majorHAnsi"/>
              </w:rPr>
              <w:t xml:space="preserve">  </w:t>
            </w:r>
          </w:p>
          <w:p w14:paraId="1265042B" w14:textId="69AD9B31" w:rsidR="0076624E" w:rsidRPr="00CC1DF7" w:rsidRDefault="00B7627A">
            <w:pPr>
              <w:rPr>
                <w:rFonts w:asciiTheme="majorHAnsi" w:hAnsiTheme="majorHAnsi" w:cstheme="majorHAnsi"/>
              </w:rPr>
            </w:pPr>
            <w:r w:rsidRPr="00CC1DF7">
              <w:rPr>
                <w:rFonts w:asciiTheme="majorHAnsi" w:hAnsiTheme="majorHAnsi" w:cstheme="majorHAnsi"/>
              </w:rPr>
              <w:t xml:space="preserve">Training provider </w:t>
            </w:r>
            <w:r w:rsidRPr="00CC1DF7">
              <w:rPr>
                <w:rFonts w:ascii="Segoe UI Symbol" w:hAnsi="Segoe UI Symbol" w:cs="Segoe UI Symbol"/>
              </w:rPr>
              <w:t>☐</w:t>
            </w:r>
            <w:r w:rsidRPr="00CC1DF7">
              <w:rPr>
                <w:rFonts w:asciiTheme="majorHAnsi" w:hAnsiTheme="majorHAnsi" w:cstheme="majorHAnsi"/>
              </w:rPr>
              <w:t xml:space="preserve"> </w:t>
            </w:r>
          </w:p>
          <w:p w14:paraId="26FBD837" w14:textId="68CF6D88" w:rsidR="007B6572" w:rsidRPr="00CC1DF7" w:rsidRDefault="00B7627A">
            <w:pPr>
              <w:rPr>
                <w:rFonts w:asciiTheme="majorHAnsi" w:hAnsiTheme="majorHAnsi" w:cstheme="majorHAnsi"/>
              </w:rPr>
            </w:pPr>
            <w:r w:rsidRPr="00CC1DF7">
              <w:rPr>
                <w:rFonts w:asciiTheme="majorHAnsi" w:hAnsiTheme="majorHAnsi" w:cstheme="majorHAnsi"/>
              </w:rPr>
              <w:t>Other</w:t>
            </w:r>
            <w:r w:rsidR="0076624E" w:rsidRPr="00CC1DF7">
              <w:rPr>
                <w:rFonts w:asciiTheme="majorHAnsi" w:hAnsiTheme="majorHAnsi" w:cstheme="majorHAnsi"/>
              </w:rPr>
              <w:t xml:space="preserve"> (please specify</w:t>
            </w:r>
            <w:r w:rsidR="00C1008A" w:rsidRPr="00CC1DF7">
              <w:rPr>
                <w:rFonts w:asciiTheme="majorHAnsi" w:hAnsiTheme="majorHAnsi" w:cstheme="majorHAnsi"/>
              </w:rPr>
              <w:t xml:space="preserve"> below</w:t>
            </w:r>
            <w:r w:rsidR="0076624E" w:rsidRPr="00CC1DF7">
              <w:rPr>
                <w:rFonts w:asciiTheme="majorHAnsi" w:hAnsiTheme="majorHAnsi" w:cstheme="majorHAnsi"/>
              </w:rPr>
              <w:t>)</w:t>
            </w:r>
            <w:r w:rsidRPr="00CC1DF7">
              <w:rPr>
                <w:rFonts w:asciiTheme="majorHAnsi" w:hAnsiTheme="majorHAnsi" w:cstheme="majorHAnsi"/>
              </w:rPr>
              <w:t xml:space="preserve"> </w:t>
            </w:r>
            <w:r w:rsidRPr="00CC1DF7">
              <w:rPr>
                <w:rFonts w:ascii="Segoe UI Symbol" w:hAnsi="Segoe UI Symbol" w:cs="Segoe UI Symbol"/>
              </w:rPr>
              <w:t>☐</w:t>
            </w:r>
          </w:p>
          <w:p w14:paraId="242D1DAE" w14:textId="7A149F01" w:rsidR="0076624E" w:rsidRPr="00CC1DF7" w:rsidRDefault="0076624E">
            <w:pPr>
              <w:rPr>
                <w:rFonts w:asciiTheme="majorHAnsi" w:hAnsiTheme="majorHAnsi" w:cstheme="majorHAnsi"/>
              </w:rPr>
            </w:pPr>
          </w:p>
        </w:tc>
      </w:tr>
      <w:tr w:rsidR="007B6572" w:rsidRPr="00CC1DF7" w14:paraId="5F218F3C" w14:textId="77777777" w:rsidTr="00E73417">
        <w:tc>
          <w:tcPr>
            <w:tcW w:w="3085" w:type="dxa"/>
          </w:tcPr>
          <w:p w14:paraId="1569E299" w14:textId="77777777" w:rsidR="007B6572" w:rsidRPr="00CC1DF7" w:rsidRDefault="00B7627A">
            <w:pPr>
              <w:rPr>
                <w:rFonts w:asciiTheme="majorHAnsi" w:hAnsiTheme="majorHAnsi" w:cstheme="majorHAnsi"/>
              </w:rPr>
            </w:pPr>
            <w:r w:rsidRPr="00CC1DF7">
              <w:rPr>
                <w:rFonts w:asciiTheme="majorHAnsi" w:hAnsiTheme="majorHAnsi" w:cstheme="majorHAnsi"/>
              </w:rPr>
              <w:t>Date of foundation</w:t>
            </w:r>
          </w:p>
        </w:tc>
        <w:tc>
          <w:tcPr>
            <w:tcW w:w="5555" w:type="dxa"/>
          </w:tcPr>
          <w:p w14:paraId="1A26D762" w14:textId="77777777" w:rsidR="007B6572" w:rsidRPr="00CC1DF7" w:rsidRDefault="007B6572">
            <w:pPr>
              <w:rPr>
                <w:rFonts w:asciiTheme="majorHAnsi" w:hAnsiTheme="majorHAnsi" w:cstheme="majorHAnsi"/>
              </w:rPr>
            </w:pPr>
          </w:p>
        </w:tc>
      </w:tr>
      <w:tr w:rsidR="007B6572" w:rsidRPr="00CC1DF7" w14:paraId="2A14106D" w14:textId="77777777" w:rsidTr="00E73417">
        <w:tc>
          <w:tcPr>
            <w:tcW w:w="3085" w:type="dxa"/>
          </w:tcPr>
          <w:p w14:paraId="2580D953" w14:textId="77777777" w:rsidR="007B6572" w:rsidRPr="00CC1DF7" w:rsidRDefault="00B7627A">
            <w:pPr>
              <w:rPr>
                <w:rFonts w:asciiTheme="majorHAnsi" w:hAnsiTheme="majorHAnsi" w:cstheme="majorHAnsi"/>
              </w:rPr>
            </w:pPr>
            <w:r w:rsidRPr="00CC1DF7">
              <w:rPr>
                <w:rFonts w:asciiTheme="majorHAnsi" w:hAnsiTheme="majorHAnsi" w:cstheme="majorHAnsi"/>
              </w:rPr>
              <w:t>Regulatory approval evidence</w:t>
            </w:r>
          </w:p>
        </w:tc>
        <w:tc>
          <w:tcPr>
            <w:tcW w:w="5555" w:type="dxa"/>
          </w:tcPr>
          <w:p w14:paraId="5B1E078A" w14:textId="77777777" w:rsidR="007B6572" w:rsidRPr="00CC1DF7" w:rsidRDefault="00B7627A">
            <w:pPr>
              <w:rPr>
                <w:rFonts w:asciiTheme="majorHAnsi" w:hAnsiTheme="majorHAnsi" w:cstheme="majorHAnsi"/>
              </w:rPr>
            </w:pPr>
            <w:r w:rsidRPr="00CC1DF7">
              <w:rPr>
                <w:rFonts w:asciiTheme="majorHAnsi" w:hAnsiTheme="majorHAnsi" w:cstheme="majorHAnsi"/>
              </w:rPr>
              <w:t>Please provide evidence of approval by the local regulatory authority, such as registration with the Ministry of Higher Education, Quality Assurance Agency (QAA), Ofsted, awarding bodies, or professional accreditations.</w:t>
            </w:r>
          </w:p>
        </w:tc>
      </w:tr>
    </w:tbl>
    <w:p w14:paraId="5EC6F086" w14:textId="77777777" w:rsidR="007B6572" w:rsidRPr="00CC1DF7" w:rsidRDefault="00B7627A" w:rsidP="00CC1DF7">
      <w:pPr>
        <w:pStyle w:val="Heading2"/>
        <w:rPr>
          <w:rFonts w:cstheme="majorHAnsi"/>
        </w:rPr>
      </w:pPr>
      <w:r w:rsidRPr="00CC1DF7">
        <w:rPr>
          <w:rFonts w:cstheme="majorHAnsi"/>
        </w:rPr>
        <w:t>2. Staffing and Student Numbers</w:t>
      </w:r>
    </w:p>
    <w:p w14:paraId="2FFB08FD" w14:textId="06DEB3CD" w:rsidR="0045691A" w:rsidRPr="00CC1DF7" w:rsidRDefault="0045691A">
      <w:pPr>
        <w:rPr>
          <w:rFonts w:asciiTheme="majorHAnsi" w:hAnsiTheme="majorHAnsi" w:cstheme="majorHAnsi"/>
        </w:rPr>
      </w:pPr>
      <w:r w:rsidRPr="00CC1DF7">
        <w:rPr>
          <w:rFonts w:asciiTheme="majorHAnsi" w:hAnsiTheme="majorHAnsi" w:cstheme="majorHAnsi"/>
        </w:rPr>
        <w:t>Please provide the total number of staff and enrolled students</w:t>
      </w:r>
    </w:p>
    <w:tbl>
      <w:tblPr>
        <w:tblStyle w:val="TableGrid"/>
        <w:tblW w:w="0" w:type="auto"/>
        <w:tblLook w:val="04A0" w:firstRow="1" w:lastRow="0" w:firstColumn="1" w:lastColumn="0" w:noHBand="0" w:noVBand="1"/>
        <w:tblCaption w:val="2. Staffing and Student Numbers"/>
        <w:tblDescription w:val="Accessible table for 2. Staffing and Student Numbers"/>
      </w:tblPr>
      <w:tblGrid>
        <w:gridCol w:w="3085"/>
        <w:gridCol w:w="5555"/>
      </w:tblGrid>
      <w:tr w:rsidR="007B6572" w:rsidRPr="00CC1DF7" w14:paraId="609D606F" w14:textId="77777777" w:rsidTr="00E73417">
        <w:tc>
          <w:tcPr>
            <w:tcW w:w="3085" w:type="dxa"/>
          </w:tcPr>
          <w:p w14:paraId="11063719" w14:textId="77777777" w:rsidR="007B6572" w:rsidRPr="00CC1DF7" w:rsidRDefault="00B7627A">
            <w:pPr>
              <w:rPr>
                <w:rFonts w:asciiTheme="majorHAnsi" w:hAnsiTheme="majorHAnsi" w:cstheme="majorHAnsi"/>
              </w:rPr>
            </w:pPr>
            <w:r w:rsidRPr="00CC1DF7">
              <w:rPr>
                <w:rFonts w:asciiTheme="majorHAnsi" w:hAnsiTheme="majorHAnsi" w:cstheme="majorHAnsi"/>
              </w:rPr>
              <w:t>Field</w:t>
            </w:r>
          </w:p>
        </w:tc>
        <w:tc>
          <w:tcPr>
            <w:tcW w:w="5555" w:type="dxa"/>
          </w:tcPr>
          <w:p w14:paraId="367C7B92"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64DB9B72" w14:textId="77777777" w:rsidTr="00E73417">
        <w:tc>
          <w:tcPr>
            <w:tcW w:w="3085" w:type="dxa"/>
          </w:tcPr>
          <w:p w14:paraId="10897EB5" w14:textId="77777777" w:rsidR="007B6572" w:rsidRPr="00CC1DF7" w:rsidRDefault="00B7627A">
            <w:pPr>
              <w:rPr>
                <w:rFonts w:asciiTheme="majorHAnsi" w:hAnsiTheme="majorHAnsi" w:cstheme="majorHAnsi"/>
              </w:rPr>
            </w:pPr>
            <w:r w:rsidRPr="00CC1DF7">
              <w:rPr>
                <w:rFonts w:asciiTheme="majorHAnsi" w:hAnsiTheme="majorHAnsi" w:cstheme="majorHAnsi"/>
              </w:rPr>
              <w:t>Administrative staff</w:t>
            </w:r>
          </w:p>
        </w:tc>
        <w:tc>
          <w:tcPr>
            <w:tcW w:w="5555" w:type="dxa"/>
          </w:tcPr>
          <w:p w14:paraId="05CEAD50" w14:textId="77777777" w:rsidR="007B6572" w:rsidRPr="00CC1DF7" w:rsidRDefault="007B6572">
            <w:pPr>
              <w:rPr>
                <w:rFonts w:asciiTheme="majorHAnsi" w:hAnsiTheme="majorHAnsi" w:cstheme="majorHAnsi"/>
              </w:rPr>
            </w:pPr>
          </w:p>
        </w:tc>
      </w:tr>
      <w:tr w:rsidR="007B6572" w:rsidRPr="00CC1DF7" w14:paraId="3AE79BC2" w14:textId="77777777" w:rsidTr="00E73417">
        <w:tc>
          <w:tcPr>
            <w:tcW w:w="3085" w:type="dxa"/>
          </w:tcPr>
          <w:p w14:paraId="57E745E5" w14:textId="77777777" w:rsidR="007B6572" w:rsidRPr="00CC1DF7" w:rsidRDefault="00B7627A">
            <w:pPr>
              <w:rPr>
                <w:rFonts w:asciiTheme="majorHAnsi" w:hAnsiTheme="majorHAnsi" w:cstheme="majorHAnsi"/>
              </w:rPr>
            </w:pPr>
            <w:r w:rsidRPr="00CC1DF7">
              <w:rPr>
                <w:rFonts w:asciiTheme="majorHAnsi" w:hAnsiTheme="majorHAnsi" w:cstheme="majorHAnsi"/>
              </w:rPr>
              <w:t>Academic staff</w:t>
            </w:r>
          </w:p>
        </w:tc>
        <w:tc>
          <w:tcPr>
            <w:tcW w:w="5555" w:type="dxa"/>
          </w:tcPr>
          <w:p w14:paraId="5E714818" w14:textId="77777777" w:rsidR="007B6572" w:rsidRPr="00CC1DF7" w:rsidRDefault="007B6572">
            <w:pPr>
              <w:rPr>
                <w:rFonts w:asciiTheme="majorHAnsi" w:hAnsiTheme="majorHAnsi" w:cstheme="majorHAnsi"/>
              </w:rPr>
            </w:pPr>
          </w:p>
        </w:tc>
      </w:tr>
      <w:tr w:rsidR="007B6572" w:rsidRPr="00CC1DF7" w14:paraId="3A14FBA3" w14:textId="77777777" w:rsidTr="00E73417">
        <w:tc>
          <w:tcPr>
            <w:tcW w:w="3085" w:type="dxa"/>
          </w:tcPr>
          <w:p w14:paraId="624F2F8D" w14:textId="77777777" w:rsidR="007B6572" w:rsidRPr="00CC1DF7" w:rsidRDefault="00B7627A">
            <w:pPr>
              <w:rPr>
                <w:rFonts w:asciiTheme="majorHAnsi" w:hAnsiTheme="majorHAnsi" w:cstheme="majorHAnsi"/>
              </w:rPr>
            </w:pPr>
            <w:r w:rsidRPr="00CC1DF7">
              <w:rPr>
                <w:rFonts w:asciiTheme="majorHAnsi" w:hAnsiTheme="majorHAnsi" w:cstheme="majorHAnsi"/>
              </w:rPr>
              <w:t>Full-time students</w:t>
            </w:r>
          </w:p>
        </w:tc>
        <w:tc>
          <w:tcPr>
            <w:tcW w:w="5555" w:type="dxa"/>
          </w:tcPr>
          <w:p w14:paraId="12E01868" w14:textId="77777777" w:rsidR="007B6572" w:rsidRPr="00CC1DF7" w:rsidRDefault="007B6572">
            <w:pPr>
              <w:rPr>
                <w:rFonts w:asciiTheme="majorHAnsi" w:hAnsiTheme="majorHAnsi" w:cstheme="majorHAnsi"/>
              </w:rPr>
            </w:pPr>
          </w:p>
        </w:tc>
      </w:tr>
      <w:tr w:rsidR="007B6572" w:rsidRPr="00CC1DF7" w14:paraId="0B9C52AF" w14:textId="77777777" w:rsidTr="00E73417">
        <w:tc>
          <w:tcPr>
            <w:tcW w:w="3085" w:type="dxa"/>
          </w:tcPr>
          <w:p w14:paraId="52067C59" w14:textId="77777777" w:rsidR="007B6572" w:rsidRPr="00CC1DF7" w:rsidRDefault="00B7627A">
            <w:pPr>
              <w:rPr>
                <w:rFonts w:asciiTheme="majorHAnsi" w:hAnsiTheme="majorHAnsi" w:cstheme="majorHAnsi"/>
              </w:rPr>
            </w:pPr>
            <w:r w:rsidRPr="00CC1DF7">
              <w:rPr>
                <w:rFonts w:asciiTheme="majorHAnsi" w:hAnsiTheme="majorHAnsi" w:cstheme="majorHAnsi"/>
              </w:rPr>
              <w:t>Part-time students</w:t>
            </w:r>
          </w:p>
        </w:tc>
        <w:tc>
          <w:tcPr>
            <w:tcW w:w="5555" w:type="dxa"/>
          </w:tcPr>
          <w:p w14:paraId="5DDD3DE5" w14:textId="77777777" w:rsidR="007B6572" w:rsidRPr="00CC1DF7" w:rsidRDefault="007B6572">
            <w:pPr>
              <w:rPr>
                <w:rFonts w:asciiTheme="majorHAnsi" w:hAnsiTheme="majorHAnsi" w:cstheme="majorHAnsi"/>
              </w:rPr>
            </w:pPr>
          </w:p>
        </w:tc>
      </w:tr>
    </w:tbl>
    <w:p w14:paraId="071CCAE9" w14:textId="77777777" w:rsidR="007B6572" w:rsidRPr="00CC1DF7" w:rsidRDefault="00B7627A" w:rsidP="00CC1DF7">
      <w:pPr>
        <w:pStyle w:val="Heading2"/>
        <w:rPr>
          <w:rFonts w:cstheme="majorHAnsi"/>
        </w:rPr>
      </w:pPr>
      <w:r w:rsidRPr="00CC1DF7">
        <w:rPr>
          <w:rFonts w:cstheme="majorHAnsi"/>
        </w:rPr>
        <w:t>3. Lead Contact Person</w:t>
      </w:r>
    </w:p>
    <w:tbl>
      <w:tblPr>
        <w:tblStyle w:val="TableGrid"/>
        <w:tblW w:w="0" w:type="auto"/>
        <w:tblLook w:val="04A0" w:firstRow="1" w:lastRow="0" w:firstColumn="1" w:lastColumn="0" w:noHBand="0" w:noVBand="1"/>
        <w:tblCaption w:val="3. Lead Contact Person"/>
        <w:tblDescription w:val="Accessible table for 3. Lead Contact Person"/>
      </w:tblPr>
      <w:tblGrid>
        <w:gridCol w:w="3085"/>
        <w:gridCol w:w="5555"/>
      </w:tblGrid>
      <w:tr w:rsidR="007B6572" w:rsidRPr="00CC1DF7" w14:paraId="4E74FCBD" w14:textId="77777777" w:rsidTr="00C1008A">
        <w:tc>
          <w:tcPr>
            <w:tcW w:w="3085" w:type="dxa"/>
          </w:tcPr>
          <w:p w14:paraId="76A0FD1F" w14:textId="77777777" w:rsidR="007B6572" w:rsidRPr="00CC1DF7" w:rsidRDefault="00B7627A">
            <w:pPr>
              <w:rPr>
                <w:rFonts w:asciiTheme="majorHAnsi" w:hAnsiTheme="majorHAnsi" w:cstheme="majorHAnsi"/>
              </w:rPr>
            </w:pPr>
            <w:r w:rsidRPr="00CC1DF7">
              <w:rPr>
                <w:rFonts w:asciiTheme="majorHAnsi" w:hAnsiTheme="majorHAnsi" w:cstheme="majorHAnsi"/>
              </w:rPr>
              <w:t>Field</w:t>
            </w:r>
          </w:p>
        </w:tc>
        <w:tc>
          <w:tcPr>
            <w:tcW w:w="5555" w:type="dxa"/>
          </w:tcPr>
          <w:p w14:paraId="191B7C1C"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173001EE" w14:textId="77777777" w:rsidTr="00C1008A">
        <w:tc>
          <w:tcPr>
            <w:tcW w:w="3085" w:type="dxa"/>
          </w:tcPr>
          <w:p w14:paraId="7910ABD5" w14:textId="77777777" w:rsidR="007B6572" w:rsidRPr="00CC1DF7" w:rsidRDefault="00B7627A">
            <w:pPr>
              <w:rPr>
                <w:rFonts w:asciiTheme="majorHAnsi" w:hAnsiTheme="majorHAnsi" w:cstheme="majorHAnsi"/>
              </w:rPr>
            </w:pPr>
            <w:r w:rsidRPr="00CC1DF7">
              <w:rPr>
                <w:rFonts w:asciiTheme="majorHAnsi" w:hAnsiTheme="majorHAnsi" w:cstheme="majorHAnsi"/>
              </w:rPr>
              <w:t>Name</w:t>
            </w:r>
          </w:p>
        </w:tc>
        <w:tc>
          <w:tcPr>
            <w:tcW w:w="5555" w:type="dxa"/>
          </w:tcPr>
          <w:p w14:paraId="0F9D0E08" w14:textId="77777777" w:rsidR="007B6572" w:rsidRPr="00CC1DF7" w:rsidRDefault="007B6572">
            <w:pPr>
              <w:rPr>
                <w:rFonts w:asciiTheme="majorHAnsi" w:hAnsiTheme="majorHAnsi" w:cstheme="majorHAnsi"/>
              </w:rPr>
            </w:pPr>
          </w:p>
        </w:tc>
      </w:tr>
      <w:tr w:rsidR="007B6572" w:rsidRPr="00CC1DF7" w14:paraId="581EE885" w14:textId="77777777" w:rsidTr="00C1008A">
        <w:tc>
          <w:tcPr>
            <w:tcW w:w="3085" w:type="dxa"/>
          </w:tcPr>
          <w:p w14:paraId="27C6C3B5" w14:textId="77777777" w:rsidR="007B6572" w:rsidRPr="00CC1DF7" w:rsidRDefault="00B7627A">
            <w:pPr>
              <w:rPr>
                <w:rFonts w:asciiTheme="majorHAnsi" w:hAnsiTheme="majorHAnsi" w:cstheme="majorHAnsi"/>
              </w:rPr>
            </w:pPr>
            <w:r w:rsidRPr="00CC1DF7">
              <w:rPr>
                <w:rFonts w:asciiTheme="majorHAnsi" w:hAnsiTheme="majorHAnsi" w:cstheme="majorHAnsi"/>
              </w:rPr>
              <w:t>Job title</w:t>
            </w:r>
          </w:p>
        </w:tc>
        <w:tc>
          <w:tcPr>
            <w:tcW w:w="5555" w:type="dxa"/>
          </w:tcPr>
          <w:p w14:paraId="0F4EABBB" w14:textId="77777777" w:rsidR="007B6572" w:rsidRPr="00CC1DF7" w:rsidRDefault="007B6572">
            <w:pPr>
              <w:rPr>
                <w:rFonts w:asciiTheme="majorHAnsi" w:hAnsiTheme="majorHAnsi" w:cstheme="majorHAnsi"/>
              </w:rPr>
            </w:pPr>
          </w:p>
        </w:tc>
      </w:tr>
      <w:tr w:rsidR="007B6572" w:rsidRPr="00CC1DF7" w14:paraId="377BD93F" w14:textId="77777777" w:rsidTr="00C1008A">
        <w:tc>
          <w:tcPr>
            <w:tcW w:w="3085" w:type="dxa"/>
          </w:tcPr>
          <w:p w14:paraId="34CB0A03" w14:textId="77777777" w:rsidR="007B6572" w:rsidRPr="00CC1DF7" w:rsidRDefault="00B7627A">
            <w:pPr>
              <w:rPr>
                <w:rFonts w:asciiTheme="majorHAnsi" w:hAnsiTheme="majorHAnsi" w:cstheme="majorHAnsi"/>
              </w:rPr>
            </w:pPr>
            <w:r w:rsidRPr="00CC1DF7">
              <w:rPr>
                <w:rFonts w:asciiTheme="majorHAnsi" w:hAnsiTheme="majorHAnsi" w:cstheme="majorHAnsi"/>
              </w:rPr>
              <w:t>Telephone</w:t>
            </w:r>
          </w:p>
        </w:tc>
        <w:tc>
          <w:tcPr>
            <w:tcW w:w="5555" w:type="dxa"/>
          </w:tcPr>
          <w:p w14:paraId="6C4BEACE" w14:textId="77777777" w:rsidR="007B6572" w:rsidRPr="00CC1DF7" w:rsidRDefault="007B6572">
            <w:pPr>
              <w:rPr>
                <w:rFonts w:asciiTheme="majorHAnsi" w:hAnsiTheme="majorHAnsi" w:cstheme="majorHAnsi"/>
              </w:rPr>
            </w:pPr>
          </w:p>
        </w:tc>
      </w:tr>
      <w:tr w:rsidR="007B6572" w:rsidRPr="00CC1DF7" w14:paraId="3DEC4599" w14:textId="77777777" w:rsidTr="00C1008A">
        <w:tc>
          <w:tcPr>
            <w:tcW w:w="3085" w:type="dxa"/>
          </w:tcPr>
          <w:p w14:paraId="254A1BD5" w14:textId="77777777" w:rsidR="007B6572" w:rsidRPr="00CC1DF7" w:rsidRDefault="00B7627A">
            <w:pPr>
              <w:rPr>
                <w:rFonts w:asciiTheme="majorHAnsi" w:hAnsiTheme="majorHAnsi" w:cstheme="majorHAnsi"/>
              </w:rPr>
            </w:pPr>
            <w:r w:rsidRPr="00CC1DF7">
              <w:rPr>
                <w:rFonts w:asciiTheme="majorHAnsi" w:hAnsiTheme="majorHAnsi" w:cstheme="majorHAnsi"/>
              </w:rPr>
              <w:t>Email</w:t>
            </w:r>
          </w:p>
        </w:tc>
        <w:tc>
          <w:tcPr>
            <w:tcW w:w="5555" w:type="dxa"/>
          </w:tcPr>
          <w:p w14:paraId="271A7AF8" w14:textId="77777777" w:rsidR="007B6572" w:rsidRPr="00CC1DF7" w:rsidRDefault="007B6572">
            <w:pPr>
              <w:rPr>
                <w:rFonts w:asciiTheme="majorHAnsi" w:hAnsiTheme="majorHAnsi" w:cstheme="majorHAnsi"/>
              </w:rPr>
            </w:pPr>
          </w:p>
        </w:tc>
      </w:tr>
    </w:tbl>
    <w:p w14:paraId="2C36DFB1" w14:textId="77777777" w:rsidR="007B6572" w:rsidRPr="00CC1DF7" w:rsidRDefault="00B7627A" w:rsidP="00CC1DF7">
      <w:pPr>
        <w:pStyle w:val="Heading2"/>
        <w:rPr>
          <w:rFonts w:cstheme="majorHAnsi"/>
        </w:rPr>
      </w:pPr>
      <w:r w:rsidRPr="00CC1DF7">
        <w:rPr>
          <w:rFonts w:cstheme="majorHAnsi"/>
        </w:rPr>
        <w:t>4. Current Offering</w:t>
      </w:r>
    </w:p>
    <w:p w14:paraId="50304C5C" w14:textId="77777777" w:rsidR="007B6572" w:rsidRPr="00CC1DF7" w:rsidRDefault="00B7627A">
      <w:pPr>
        <w:rPr>
          <w:rFonts w:asciiTheme="majorHAnsi" w:hAnsiTheme="majorHAnsi" w:cstheme="majorHAnsi"/>
        </w:rPr>
      </w:pPr>
      <w:r w:rsidRPr="00CC1DF7">
        <w:rPr>
          <w:rFonts w:asciiTheme="majorHAnsi" w:hAnsiTheme="majorHAnsi" w:cstheme="majorHAnsi"/>
        </w:rPr>
        <w:t>Please provide information on your institution’s subject areas and areas of strength, along with a list or link to your current programmes.</w:t>
      </w:r>
    </w:p>
    <w:tbl>
      <w:tblPr>
        <w:tblStyle w:val="TableGrid"/>
        <w:tblW w:w="0" w:type="auto"/>
        <w:tblLook w:val="04A0" w:firstRow="1" w:lastRow="0" w:firstColumn="1" w:lastColumn="0" w:noHBand="0" w:noVBand="1"/>
        <w:tblCaption w:val="4. Current Offering"/>
        <w:tblDescription w:val="Accessible response table for 4. Current Offering"/>
      </w:tblPr>
      <w:tblGrid>
        <w:gridCol w:w="8640"/>
      </w:tblGrid>
      <w:tr w:rsidR="007B6572" w:rsidRPr="00CC1DF7" w14:paraId="3D423961" w14:textId="77777777">
        <w:tc>
          <w:tcPr>
            <w:tcW w:w="8640" w:type="dxa"/>
          </w:tcPr>
          <w:p w14:paraId="67EE5510"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0738FAEB" w14:textId="77777777" w:rsidTr="00513C7A">
        <w:trPr>
          <w:trHeight w:val="2286"/>
        </w:trPr>
        <w:tc>
          <w:tcPr>
            <w:tcW w:w="8640" w:type="dxa"/>
          </w:tcPr>
          <w:p w14:paraId="30A00DAA" w14:textId="77777777" w:rsidR="007B6572" w:rsidRPr="00CC1DF7" w:rsidRDefault="007B6572">
            <w:pPr>
              <w:rPr>
                <w:rFonts w:asciiTheme="majorHAnsi" w:hAnsiTheme="majorHAnsi" w:cstheme="majorHAnsi"/>
              </w:rPr>
            </w:pPr>
          </w:p>
        </w:tc>
      </w:tr>
    </w:tbl>
    <w:p w14:paraId="2FFEB9C7" w14:textId="77777777" w:rsidR="007B6572" w:rsidRPr="00CC1DF7" w:rsidRDefault="00B7627A" w:rsidP="00CC1DF7">
      <w:pPr>
        <w:pStyle w:val="Heading2"/>
        <w:rPr>
          <w:rFonts w:cstheme="majorHAnsi"/>
        </w:rPr>
      </w:pPr>
      <w:r w:rsidRPr="00CC1DF7">
        <w:rPr>
          <w:rFonts w:cstheme="majorHAnsi"/>
        </w:rPr>
        <w:t>5. Location of Proposed Delivery</w:t>
      </w:r>
    </w:p>
    <w:p w14:paraId="5A29C7CE" w14:textId="77777777" w:rsidR="007B6572" w:rsidRPr="00CC1DF7" w:rsidRDefault="00B7627A">
      <w:pPr>
        <w:rPr>
          <w:rFonts w:asciiTheme="majorHAnsi" w:hAnsiTheme="majorHAnsi" w:cstheme="majorHAnsi"/>
        </w:rPr>
      </w:pPr>
      <w:r w:rsidRPr="00CC1DF7">
        <w:rPr>
          <w:rFonts w:asciiTheme="majorHAnsi" w:hAnsiTheme="majorHAnsi" w:cstheme="majorHAnsi"/>
        </w:rPr>
        <w:t>Please list all sites or campuses where the proposed partnership programmes would be delivered, including the city and venue.</w:t>
      </w:r>
    </w:p>
    <w:tbl>
      <w:tblPr>
        <w:tblStyle w:val="TableGrid"/>
        <w:tblW w:w="0" w:type="auto"/>
        <w:tblLook w:val="04A0" w:firstRow="1" w:lastRow="0" w:firstColumn="1" w:lastColumn="0" w:noHBand="0" w:noVBand="1"/>
        <w:tblCaption w:val="5. Location of Proposed Delivery"/>
        <w:tblDescription w:val="Accessible response table for 5. Location of Proposed Delivery"/>
      </w:tblPr>
      <w:tblGrid>
        <w:gridCol w:w="8640"/>
      </w:tblGrid>
      <w:tr w:rsidR="007B6572" w:rsidRPr="00CC1DF7" w14:paraId="15529B87" w14:textId="77777777">
        <w:tc>
          <w:tcPr>
            <w:tcW w:w="8640" w:type="dxa"/>
          </w:tcPr>
          <w:p w14:paraId="0FE312BD"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3AFD6EBC" w14:textId="77777777" w:rsidTr="00513C7A">
        <w:trPr>
          <w:trHeight w:val="2416"/>
        </w:trPr>
        <w:tc>
          <w:tcPr>
            <w:tcW w:w="8640" w:type="dxa"/>
          </w:tcPr>
          <w:p w14:paraId="1D254CBB" w14:textId="77777777" w:rsidR="007B6572" w:rsidRPr="00CC1DF7" w:rsidRDefault="007B6572">
            <w:pPr>
              <w:rPr>
                <w:rFonts w:asciiTheme="majorHAnsi" w:hAnsiTheme="majorHAnsi" w:cstheme="majorHAnsi"/>
              </w:rPr>
            </w:pPr>
          </w:p>
        </w:tc>
      </w:tr>
    </w:tbl>
    <w:p w14:paraId="278E031B" w14:textId="77777777" w:rsidR="007B6572" w:rsidRPr="00CC1DF7" w:rsidRDefault="00B7627A" w:rsidP="00CC1DF7">
      <w:pPr>
        <w:pStyle w:val="Heading2"/>
        <w:rPr>
          <w:rFonts w:cstheme="majorHAnsi"/>
        </w:rPr>
      </w:pPr>
      <w:r w:rsidRPr="00CC1DF7">
        <w:rPr>
          <w:rFonts w:cstheme="majorHAnsi"/>
        </w:rPr>
        <w:t>6. Proposed Programmes for Delivery</w:t>
      </w:r>
    </w:p>
    <w:p w14:paraId="596FD7E1" w14:textId="77777777" w:rsidR="009147BA" w:rsidRPr="00CC1DF7" w:rsidRDefault="00B7627A">
      <w:pPr>
        <w:rPr>
          <w:rFonts w:asciiTheme="majorHAnsi" w:hAnsiTheme="majorHAnsi" w:cstheme="majorHAnsi"/>
        </w:rPr>
      </w:pPr>
      <w:r w:rsidRPr="00CC1DF7">
        <w:rPr>
          <w:rFonts w:asciiTheme="majorHAnsi" w:hAnsiTheme="majorHAnsi" w:cstheme="majorHAnsi"/>
        </w:rPr>
        <w:t xml:space="preserve">Please provide </w:t>
      </w:r>
      <w:r w:rsidR="009147BA" w:rsidRPr="00CC1DF7">
        <w:rPr>
          <w:rFonts w:asciiTheme="majorHAnsi" w:hAnsiTheme="majorHAnsi" w:cstheme="majorHAnsi"/>
        </w:rPr>
        <w:t>the following information:</w:t>
      </w:r>
    </w:p>
    <w:p w14:paraId="5B4E3FED" w14:textId="4018996F" w:rsidR="00040446" w:rsidRPr="00CC1DF7" w:rsidRDefault="00B7627A" w:rsidP="00040446">
      <w:pPr>
        <w:pStyle w:val="ListParagraph"/>
        <w:numPr>
          <w:ilvl w:val="0"/>
          <w:numId w:val="10"/>
        </w:numPr>
        <w:rPr>
          <w:rFonts w:asciiTheme="majorHAnsi" w:hAnsiTheme="majorHAnsi" w:cstheme="majorHAnsi"/>
        </w:rPr>
      </w:pPr>
      <w:r w:rsidRPr="00CC1DF7">
        <w:rPr>
          <w:rFonts w:asciiTheme="majorHAnsi" w:hAnsiTheme="majorHAnsi" w:cstheme="majorHAnsi"/>
        </w:rPr>
        <w:t>partnership model</w:t>
      </w:r>
      <w:r w:rsidR="009147BA" w:rsidRPr="00CC1DF7">
        <w:rPr>
          <w:rFonts w:asciiTheme="majorHAnsi" w:hAnsiTheme="majorHAnsi" w:cstheme="majorHAnsi"/>
        </w:rPr>
        <w:t xml:space="preserve">, e.g. dual degree, </w:t>
      </w:r>
      <w:r w:rsidR="0016757C" w:rsidRPr="00CC1DF7">
        <w:rPr>
          <w:rFonts w:asciiTheme="majorHAnsi" w:hAnsiTheme="majorHAnsi" w:cstheme="majorHAnsi"/>
        </w:rPr>
        <w:t>articulation, validation</w:t>
      </w:r>
      <w:r w:rsidR="00042B1E" w:rsidRPr="00CC1DF7">
        <w:rPr>
          <w:rFonts w:asciiTheme="majorHAnsi" w:hAnsiTheme="majorHAnsi" w:cstheme="majorHAnsi"/>
        </w:rPr>
        <w:t xml:space="preserve"> (for validation </w:t>
      </w:r>
      <w:r w:rsidR="00040446" w:rsidRPr="00CC1DF7">
        <w:rPr>
          <w:rFonts w:asciiTheme="majorHAnsi" w:hAnsiTheme="majorHAnsi" w:cstheme="majorHAnsi"/>
        </w:rPr>
        <w:t>please confirm whether you own the curriculum)</w:t>
      </w:r>
    </w:p>
    <w:p w14:paraId="7A001835" w14:textId="02952F78" w:rsidR="00040446" w:rsidRPr="00CC1DF7" w:rsidRDefault="00040446" w:rsidP="00040446">
      <w:pPr>
        <w:pStyle w:val="ListParagraph"/>
        <w:numPr>
          <w:ilvl w:val="0"/>
          <w:numId w:val="10"/>
        </w:numPr>
        <w:rPr>
          <w:rFonts w:asciiTheme="majorHAnsi" w:hAnsiTheme="majorHAnsi" w:cstheme="majorHAnsi"/>
        </w:rPr>
      </w:pPr>
      <w:r w:rsidRPr="00CC1DF7">
        <w:rPr>
          <w:rFonts w:asciiTheme="majorHAnsi" w:hAnsiTheme="majorHAnsi" w:cstheme="majorHAnsi"/>
        </w:rPr>
        <w:t xml:space="preserve">If relevant, confirm whether the model would be 3+1, 1+2, 2+1, </w:t>
      </w:r>
      <w:r w:rsidR="0056080D" w:rsidRPr="00CC1DF7">
        <w:rPr>
          <w:rFonts w:asciiTheme="majorHAnsi" w:hAnsiTheme="majorHAnsi" w:cstheme="majorHAnsi"/>
        </w:rPr>
        <w:t xml:space="preserve">2+2 </w:t>
      </w:r>
      <w:proofErr w:type="spellStart"/>
      <w:r w:rsidR="0056080D" w:rsidRPr="00CC1DF7">
        <w:rPr>
          <w:rFonts w:asciiTheme="majorHAnsi" w:hAnsiTheme="majorHAnsi" w:cstheme="majorHAnsi"/>
        </w:rPr>
        <w:t>etc</w:t>
      </w:r>
      <w:proofErr w:type="spellEnd"/>
    </w:p>
    <w:p w14:paraId="28733735" w14:textId="77777777" w:rsidR="00C05291" w:rsidRPr="00CC1DF7" w:rsidRDefault="0056080D" w:rsidP="0056080D">
      <w:pPr>
        <w:pStyle w:val="ListParagraph"/>
        <w:numPr>
          <w:ilvl w:val="0"/>
          <w:numId w:val="10"/>
        </w:numPr>
        <w:rPr>
          <w:rFonts w:asciiTheme="majorHAnsi" w:hAnsiTheme="majorHAnsi" w:cstheme="majorHAnsi"/>
        </w:rPr>
      </w:pPr>
      <w:proofErr w:type="spellStart"/>
      <w:r w:rsidRPr="00CC1DF7">
        <w:rPr>
          <w:rFonts w:asciiTheme="majorHAnsi" w:hAnsiTheme="majorHAnsi" w:cstheme="majorHAnsi"/>
        </w:rPr>
        <w:t>p</w:t>
      </w:r>
      <w:r w:rsidR="00B7627A" w:rsidRPr="00CC1DF7">
        <w:rPr>
          <w:rFonts w:asciiTheme="majorHAnsi" w:hAnsiTheme="majorHAnsi" w:cstheme="majorHAnsi"/>
        </w:rPr>
        <w:t>rogramme</w:t>
      </w:r>
      <w:proofErr w:type="spellEnd"/>
      <w:r w:rsidR="00B7627A" w:rsidRPr="00CC1DF7">
        <w:rPr>
          <w:rFonts w:asciiTheme="majorHAnsi" w:hAnsiTheme="majorHAnsi" w:cstheme="majorHAnsi"/>
        </w:rPr>
        <w:t xml:space="preserve"> titles and levels</w:t>
      </w:r>
    </w:p>
    <w:p w14:paraId="2A7DF7F3" w14:textId="77777777" w:rsidR="00C05291" w:rsidRPr="00CC1DF7" w:rsidRDefault="00B7627A" w:rsidP="0056080D">
      <w:pPr>
        <w:pStyle w:val="ListParagraph"/>
        <w:numPr>
          <w:ilvl w:val="0"/>
          <w:numId w:val="10"/>
        </w:numPr>
        <w:rPr>
          <w:rFonts w:asciiTheme="majorHAnsi" w:hAnsiTheme="majorHAnsi" w:cstheme="majorHAnsi"/>
        </w:rPr>
      </w:pPr>
      <w:proofErr w:type="spellStart"/>
      <w:r w:rsidRPr="00CC1DF7">
        <w:rPr>
          <w:rFonts w:asciiTheme="majorHAnsi" w:hAnsiTheme="majorHAnsi" w:cstheme="majorHAnsi"/>
        </w:rPr>
        <w:t>programme</w:t>
      </w:r>
      <w:proofErr w:type="spellEnd"/>
      <w:r w:rsidRPr="00CC1DF7">
        <w:rPr>
          <w:rFonts w:asciiTheme="majorHAnsi" w:hAnsiTheme="majorHAnsi" w:cstheme="majorHAnsi"/>
        </w:rPr>
        <w:t xml:space="preserve"> length</w:t>
      </w:r>
    </w:p>
    <w:p w14:paraId="7DC52098" w14:textId="77777777" w:rsidR="00C05291" w:rsidRPr="00CC1DF7" w:rsidRDefault="00B7627A" w:rsidP="0056080D">
      <w:pPr>
        <w:pStyle w:val="ListParagraph"/>
        <w:numPr>
          <w:ilvl w:val="0"/>
          <w:numId w:val="10"/>
        </w:numPr>
        <w:rPr>
          <w:rFonts w:asciiTheme="majorHAnsi" w:hAnsiTheme="majorHAnsi" w:cstheme="majorHAnsi"/>
        </w:rPr>
      </w:pPr>
      <w:proofErr w:type="gramStart"/>
      <w:r w:rsidRPr="00CC1DF7">
        <w:rPr>
          <w:rFonts w:asciiTheme="majorHAnsi" w:hAnsiTheme="majorHAnsi" w:cstheme="majorHAnsi"/>
        </w:rPr>
        <w:t>language</w:t>
      </w:r>
      <w:proofErr w:type="gramEnd"/>
      <w:r w:rsidRPr="00CC1DF7">
        <w:rPr>
          <w:rFonts w:asciiTheme="majorHAnsi" w:hAnsiTheme="majorHAnsi" w:cstheme="majorHAnsi"/>
        </w:rPr>
        <w:t xml:space="preserve"> of </w:t>
      </w:r>
      <w:proofErr w:type="gramStart"/>
      <w:r w:rsidRPr="00CC1DF7">
        <w:rPr>
          <w:rFonts w:asciiTheme="majorHAnsi" w:hAnsiTheme="majorHAnsi" w:cstheme="majorHAnsi"/>
        </w:rPr>
        <w:t>instruction</w:t>
      </w:r>
      <w:proofErr w:type="gramEnd"/>
    </w:p>
    <w:p w14:paraId="0E19F05D" w14:textId="70495AB9" w:rsidR="007B6572" w:rsidRPr="00CC1DF7" w:rsidRDefault="00C05291" w:rsidP="0056080D">
      <w:pPr>
        <w:pStyle w:val="ListParagraph"/>
        <w:numPr>
          <w:ilvl w:val="0"/>
          <w:numId w:val="10"/>
        </w:numPr>
        <w:rPr>
          <w:rFonts w:asciiTheme="majorHAnsi" w:hAnsiTheme="majorHAnsi" w:cstheme="majorHAnsi"/>
        </w:rPr>
      </w:pPr>
      <w:r w:rsidRPr="00CC1DF7">
        <w:rPr>
          <w:rFonts w:asciiTheme="majorHAnsi" w:hAnsiTheme="majorHAnsi" w:cstheme="majorHAnsi"/>
        </w:rPr>
        <w:t xml:space="preserve">your current </w:t>
      </w:r>
      <w:r w:rsidR="00B7627A" w:rsidRPr="00CC1DF7">
        <w:rPr>
          <w:rFonts w:asciiTheme="majorHAnsi" w:hAnsiTheme="majorHAnsi" w:cstheme="majorHAnsi"/>
        </w:rPr>
        <w:t>tuition fee</w:t>
      </w:r>
      <w:r w:rsidRPr="00CC1DF7">
        <w:rPr>
          <w:rFonts w:asciiTheme="majorHAnsi" w:hAnsiTheme="majorHAnsi" w:cstheme="majorHAnsi"/>
        </w:rPr>
        <w:t>s</w:t>
      </w:r>
    </w:p>
    <w:p w14:paraId="7B0B7107" w14:textId="4FA1D1D5" w:rsidR="00C05291" w:rsidRPr="00CC1DF7" w:rsidRDefault="00C05291" w:rsidP="0056080D">
      <w:pPr>
        <w:pStyle w:val="ListParagraph"/>
        <w:numPr>
          <w:ilvl w:val="0"/>
          <w:numId w:val="10"/>
        </w:numPr>
        <w:rPr>
          <w:rFonts w:asciiTheme="majorHAnsi" w:hAnsiTheme="majorHAnsi" w:cstheme="majorHAnsi"/>
        </w:rPr>
      </w:pPr>
      <w:r w:rsidRPr="00CC1DF7">
        <w:rPr>
          <w:rFonts w:asciiTheme="majorHAnsi" w:hAnsiTheme="majorHAnsi" w:cstheme="majorHAnsi"/>
        </w:rPr>
        <w:t xml:space="preserve">proposed tuition fee for the partnership </w:t>
      </w:r>
      <w:proofErr w:type="spellStart"/>
      <w:r w:rsidRPr="00CC1DF7">
        <w:rPr>
          <w:rFonts w:asciiTheme="majorHAnsi" w:hAnsiTheme="majorHAnsi" w:cstheme="majorHAnsi"/>
        </w:rPr>
        <w:t>programme</w:t>
      </w:r>
      <w:proofErr w:type="spellEnd"/>
    </w:p>
    <w:tbl>
      <w:tblPr>
        <w:tblStyle w:val="TableGrid"/>
        <w:tblW w:w="0" w:type="auto"/>
        <w:tblLook w:val="04A0" w:firstRow="1" w:lastRow="0" w:firstColumn="1" w:lastColumn="0" w:noHBand="0" w:noVBand="1"/>
        <w:tblCaption w:val="6. Proposed Programmes for Delivery"/>
        <w:tblDescription w:val="Accessible response table for 6. Proposed Programmes for Delivery"/>
      </w:tblPr>
      <w:tblGrid>
        <w:gridCol w:w="8640"/>
      </w:tblGrid>
      <w:tr w:rsidR="007B6572" w:rsidRPr="00CC1DF7" w14:paraId="3080A324" w14:textId="77777777">
        <w:tc>
          <w:tcPr>
            <w:tcW w:w="8640" w:type="dxa"/>
          </w:tcPr>
          <w:p w14:paraId="1426D330"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50E863B5" w14:textId="77777777" w:rsidTr="00513C7A">
        <w:trPr>
          <w:trHeight w:val="2423"/>
        </w:trPr>
        <w:tc>
          <w:tcPr>
            <w:tcW w:w="8640" w:type="dxa"/>
          </w:tcPr>
          <w:p w14:paraId="51FF7996" w14:textId="77777777" w:rsidR="007B6572" w:rsidRPr="00CC1DF7" w:rsidRDefault="007B6572">
            <w:pPr>
              <w:rPr>
                <w:rFonts w:asciiTheme="majorHAnsi" w:hAnsiTheme="majorHAnsi" w:cstheme="majorHAnsi"/>
              </w:rPr>
            </w:pPr>
          </w:p>
        </w:tc>
      </w:tr>
    </w:tbl>
    <w:p w14:paraId="7E45E606" w14:textId="77777777" w:rsidR="007B6572" w:rsidRPr="00CC1DF7" w:rsidRDefault="00B7627A" w:rsidP="00CC1DF7">
      <w:pPr>
        <w:pStyle w:val="Heading2"/>
        <w:rPr>
          <w:rFonts w:cstheme="majorHAnsi"/>
        </w:rPr>
      </w:pPr>
      <w:r w:rsidRPr="00CC1DF7">
        <w:rPr>
          <w:rFonts w:cstheme="majorHAnsi"/>
        </w:rPr>
        <w:t>7. Strategic Rationale</w:t>
      </w:r>
    </w:p>
    <w:p w14:paraId="5E22D731" w14:textId="41B9E653" w:rsidR="00DC5FAC" w:rsidRPr="00CC1DF7" w:rsidRDefault="00DC5FAC" w:rsidP="00DC5FAC">
      <w:pPr>
        <w:rPr>
          <w:rFonts w:asciiTheme="majorHAnsi" w:hAnsiTheme="majorHAnsi" w:cstheme="majorHAnsi"/>
        </w:rPr>
      </w:pPr>
      <w:r w:rsidRPr="00CC1DF7">
        <w:rPr>
          <w:rFonts w:asciiTheme="majorHAnsi" w:hAnsiTheme="majorHAnsi" w:cstheme="majorHAnsi"/>
        </w:rPr>
        <w:t>Please outline your rationale for the delivery cited above and explain how the proposed partnership with Goldsmiths fits with the long-term strategic objectives of your institution.</w:t>
      </w:r>
    </w:p>
    <w:p w14:paraId="5A967B20" w14:textId="79A6642A" w:rsidR="007B6572" w:rsidRPr="00CC1DF7" w:rsidRDefault="00DC5FAC" w:rsidP="00DC5FAC">
      <w:pPr>
        <w:rPr>
          <w:rFonts w:asciiTheme="majorHAnsi" w:hAnsiTheme="majorHAnsi" w:cstheme="majorHAnsi"/>
        </w:rPr>
      </w:pPr>
      <w:r w:rsidRPr="00CC1DF7">
        <w:rPr>
          <w:rFonts w:asciiTheme="majorHAnsi" w:hAnsiTheme="majorHAnsi" w:cstheme="majorHAnsi"/>
        </w:rPr>
        <w:t>If possible, please attach a copy of your business plan / strategic plan to support this.</w:t>
      </w:r>
    </w:p>
    <w:tbl>
      <w:tblPr>
        <w:tblStyle w:val="TableGrid"/>
        <w:tblW w:w="0" w:type="auto"/>
        <w:tblLook w:val="04A0" w:firstRow="1" w:lastRow="0" w:firstColumn="1" w:lastColumn="0" w:noHBand="0" w:noVBand="1"/>
        <w:tblCaption w:val="7. Strategic Rationale"/>
        <w:tblDescription w:val="Accessible response table for 7. Strategic Rationale"/>
      </w:tblPr>
      <w:tblGrid>
        <w:gridCol w:w="8640"/>
      </w:tblGrid>
      <w:tr w:rsidR="007B6572" w:rsidRPr="00CC1DF7" w14:paraId="0DC461DA" w14:textId="77777777">
        <w:tc>
          <w:tcPr>
            <w:tcW w:w="8640" w:type="dxa"/>
          </w:tcPr>
          <w:p w14:paraId="59FE59B5"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6314C81E" w14:textId="77777777" w:rsidTr="00513C7A">
        <w:trPr>
          <w:trHeight w:val="2269"/>
        </w:trPr>
        <w:tc>
          <w:tcPr>
            <w:tcW w:w="8640" w:type="dxa"/>
          </w:tcPr>
          <w:p w14:paraId="41EAADA7" w14:textId="77777777" w:rsidR="007B6572" w:rsidRPr="00CC1DF7" w:rsidRDefault="007B6572">
            <w:pPr>
              <w:rPr>
                <w:rFonts w:asciiTheme="majorHAnsi" w:hAnsiTheme="majorHAnsi" w:cstheme="majorHAnsi"/>
              </w:rPr>
            </w:pPr>
          </w:p>
        </w:tc>
      </w:tr>
    </w:tbl>
    <w:p w14:paraId="2F4E08AE" w14:textId="77777777" w:rsidR="007B6572" w:rsidRPr="00CC1DF7" w:rsidRDefault="00B7627A" w:rsidP="00CC1DF7">
      <w:pPr>
        <w:pStyle w:val="Heading2"/>
        <w:rPr>
          <w:rFonts w:cstheme="majorHAnsi"/>
        </w:rPr>
      </w:pPr>
      <w:r w:rsidRPr="00CC1DF7">
        <w:rPr>
          <w:rFonts w:cstheme="majorHAnsi"/>
        </w:rPr>
        <w:t>8. Market Analysis</w:t>
      </w:r>
    </w:p>
    <w:p w14:paraId="5FAFD69F" w14:textId="74C4626F" w:rsidR="007B6572" w:rsidRPr="00CC1DF7" w:rsidRDefault="00DD34AD">
      <w:pPr>
        <w:rPr>
          <w:rFonts w:asciiTheme="majorHAnsi" w:hAnsiTheme="majorHAnsi" w:cstheme="majorHAnsi"/>
        </w:rPr>
      </w:pPr>
      <w:r w:rsidRPr="00CC1DF7">
        <w:rPr>
          <w:rFonts w:asciiTheme="majorHAnsi" w:hAnsiTheme="majorHAnsi" w:cstheme="majorHAnsi"/>
        </w:rPr>
        <w:t xml:space="preserve">Please include a brief market analysis, including a competitor analysis, for each proposed partnership </w:t>
      </w:r>
      <w:proofErr w:type="spellStart"/>
      <w:r w:rsidRPr="00CC1DF7">
        <w:rPr>
          <w:rFonts w:asciiTheme="majorHAnsi" w:hAnsiTheme="majorHAnsi" w:cstheme="majorHAnsi"/>
        </w:rPr>
        <w:t>programme</w:t>
      </w:r>
      <w:proofErr w:type="spellEnd"/>
      <w:r w:rsidRPr="00CC1DF7">
        <w:rPr>
          <w:rFonts w:asciiTheme="majorHAnsi" w:hAnsiTheme="majorHAnsi" w:cstheme="majorHAnsi"/>
        </w:rPr>
        <w:t xml:space="preserve"> listed in Section </w:t>
      </w:r>
      <w:r w:rsidR="00565906" w:rsidRPr="00CC1DF7">
        <w:rPr>
          <w:rFonts w:asciiTheme="majorHAnsi" w:hAnsiTheme="majorHAnsi" w:cstheme="majorHAnsi"/>
        </w:rPr>
        <w:t>6</w:t>
      </w:r>
      <w:r w:rsidRPr="00CC1DF7">
        <w:rPr>
          <w:rFonts w:asciiTheme="majorHAnsi" w:hAnsiTheme="majorHAnsi" w:cstheme="majorHAnsi"/>
        </w:rPr>
        <w:t xml:space="preserve">, including proposed fee structures </w:t>
      </w:r>
      <w:proofErr w:type="gramStart"/>
      <w:r w:rsidRPr="00CC1DF7">
        <w:rPr>
          <w:rFonts w:asciiTheme="majorHAnsi" w:hAnsiTheme="majorHAnsi" w:cstheme="majorHAnsi"/>
        </w:rPr>
        <w:t>relative</w:t>
      </w:r>
      <w:proofErr w:type="gramEnd"/>
      <w:r w:rsidRPr="00CC1DF7">
        <w:rPr>
          <w:rFonts w:asciiTheme="majorHAnsi" w:hAnsiTheme="majorHAnsi" w:cstheme="majorHAnsi"/>
        </w:rPr>
        <w:t xml:space="preserve"> to the competition and explain how you will ensure the proposed partnership </w:t>
      </w:r>
      <w:proofErr w:type="spellStart"/>
      <w:r w:rsidRPr="00CC1DF7">
        <w:rPr>
          <w:rFonts w:asciiTheme="majorHAnsi" w:hAnsiTheme="majorHAnsi" w:cstheme="majorHAnsi"/>
        </w:rPr>
        <w:t>programme</w:t>
      </w:r>
      <w:proofErr w:type="spellEnd"/>
      <w:r w:rsidRPr="00CC1DF7">
        <w:rPr>
          <w:rFonts w:asciiTheme="majorHAnsi" w:hAnsiTheme="majorHAnsi" w:cstheme="majorHAnsi"/>
        </w:rPr>
        <w:t>(s) have a competitive advantage in the market. Please attach a copy of your marketing strategy and market research report, if you have one.</w:t>
      </w:r>
    </w:p>
    <w:tbl>
      <w:tblPr>
        <w:tblStyle w:val="TableGrid"/>
        <w:tblW w:w="0" w:type="auto"/>
        <w:tblLook w:val="04A0" w:firstRow="1" w:lastRow="0" w:firstColumn="1" w:lastColumn="0" w:noHBand="0" w:noVBand="1"/>
        <w:tblCaption w:val="8. Market Analysis"/>
        <w:tblDescription w:val="Accessible response table for 8. Market Analysis"/>
      </w:tblPr>
      <w:tblGrid>
        <w:gridCol w:w="8640"/>
      </w:tblGrid>
      <w:tr w:rsidR="007B6572" w:rsidRPr="00CC1DF7" w14:paraId="08A71CCA" w14:textId="77777777">
        <w:tc>
          <w:tcPr>
            <w:tcW w:w="8640" w:type="dxa"/>
          </w:tcPr>
          <w:p w14:paraId="77C982AD"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68F0E3CD" w14:textId="77777777" w:rsidTr="00513C7A">
        <w:trPr>
          <w:trHeight w:val="2273"/>
        </w:trPr>
        <w:tc>
          <w:tcPr>
            <w:tcW w:w="8640" w:type="dxa"/>
          </w:tcPr>
          <w:p w14:paraId="0E082144" w14:textId="77777777" w:rsidR="007B6572" w:rsidRPr="00CC1DF7" w:rsidRDefault="007B6572">
            <w:pPr>
              <w:rPr>
                <w:rFonts w:asciiTheme="majorHAnsi" w:hAnsiTheme="majorHAnsi" w:cstheme="majorHAnsi"/>
              </w:rPr>
            </w:pPr>
          </w:p>
        </w:tc>
      </w:tr>
    </w:tbl>
    <w:p w14:paraId="7C600EDA" w14:textId="77777777" w:rsidR="007B6572" w:rsidRPr="00CC1DF7" w:rsidRDefault="00B7627A" w:rsidP="00CC1DF7">
      <w:pPr>
        <w:pStyle w:val="Heading2"/>
        <w:rPr>
          <w:rFonts w:cstheme="majorHAnsi"/>
        </w:rPr>
      </w:pPr>
      <w:r w:rsidRPr="00CC1DF7">
        <w:rPr>
          <w:rFonts w:cstheme="majorHAnsi"/>
        </w:rPr>
        <w:lastRenderedPageBreak/>
        <w:t>9. Student Number Projections</w:t>
      </w:r>
    </w:p>
    <w:p w14:paraId="0C26CA2B" w14:textId="77777777" w:rsidR="007B6572" w:rsidRPr="00CC1DF7" w:rsidRDefault="00B7627A">
      <w:pPr>
        <w:rPr>
          <w:rFonts w:asciiTheme="majorHAnsi" w:hAnsiTheme="majorHAnsi" w:cstheme="majorHAnsi"/>
        </w:rPr>
      </w:pPr>
      <w:r w:rsidRPr="00CC1DF7">
        <w:rPr>
          <w:rFonts w:asciiTheme="majorHAnsi" w:hAnsiTheme="majorHAnsi" w:cstheme="majorHAnsi"/>
        </w:rPr>
        <w:t>Please complete and attach the student number projections template. Include comments or explanations if needed.</w:t>
      </w:r>
    </w:p>
    <w:tbl>
      <w:tblPr>
        <w:tblStyle w:val="TableGrid"/>
        <w:tblW w:w="0" w:type="auto"/>
        <w:tblLook w:val="04A0" w:firstRow="1" w:lastRow="0" w:firstColumn="1" w:lastColumn="0" w:noHBand="0" w:noVBand="1"/>
        <w:tblCaption w:val="9. Student Number Projections"/>
        <w:tblDescription w:val="Accessible response table for 9. Student Number Projections"/>
      </w:tblPr>
      <w:tblGrid>
        <w:gridCol w:w="8640"/>
      </w:tblGrid>
      <w:tr w:rsidR="007B6572" w:rsidRPr="00CC1DF7" w14:paraId="2C53192B" w14:textId="77777777">
        <w:tc>
          <w:tcPr>
            <w:tcW w:w="8640" w:type="dxa"/>
          </w:tcPr>
          <w:p w14:paraId="47268898"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1B0AAB25" w14:textId="77777777" w:rsidTr="00513C7A">
        <w:trPr>
          <w:trHeight w:val="2275"/>
        </w:trPr>
        <w:tc>
          <w:tcPr>
            <w:tcW w:w="8640" w:type="dxa"/>
          </w:tcPr>
          <w:p w14:paraId="0AF95A52" w14:textId="77777777" w:rsidR="007B6572" w:rsidRPr="00CC1DF7" w:rsidRDefault="007B6572">
            <w:pPr>
              <w:rPr>
                <w:rFonts w:asciiTheme="majorHAnsi" w:hAnsiTheme="majorHAnsi" w:cstheme="majorHAnsi"/>
              </w:rPr>
            </w:pPr>
          </w:p>
        </w:tc>
      </w:tr>
    </w:tbl>
    <w:p w14:paraId="03547C7E" w14:textId="77777777" w:rsidR="007B6572" w:rsidRPr="00CC1DF7" w:rsidRDefault="00B7627A" w:rsidP="00CC1DF7">
      <w:pPr>
        <w:pStyle w:val="Heading2"/>
        <w:rPr>
          <w:rFonts w:cstheme="majorHAnsi"/>
        </w:rPr>
      </w:pPr>
      <w:r w:rsidRPr="00CC1DF7">
        <w:rPr>
          <w:rFonts w:cstheme="majorHAnsi"/>
        </w:rPr>
        <w:t>10. English Language Proficiency</w:t>
      </w:r>
    </w:p>
    <w:p w14:paraId="5B389D47" w14:textId="55839B14" w:rsidR="007B6572" w:rsidRPr="00CC1DF7" w:rsidRDefault="00513C7A">
      <w:pPr>
        <w:rPr>
          <w:rFonts w:asciiTheme="majorHAnsi" w:hAnsiTheme="majorHAnsi" w:cstheme="majorHAnsi"/>
        </w:rPr>
      </w:pPr>
      <w:r w:rsidRPr="00CC1DF7">
        <w:rPr>
          <w:rFonts w:asciiTheme="majorHAnsi" w:hAnsiTheme="majorHAnsi" w:cstheme="majorHAnsi"/>
        </w:rPr>
        <w:t xml:space="preserve">Please tell us about any English Language requirements imposed on your students at the point of entry. If students do not already meet the English language requirement for entry to the Goldsmiths </w:t>
      </w:r>
      <w:proofErr w:type="spellStart"/>
      <w:r w:rsidRPr="00CC1DF7">
        <w:rPr>
          <w:rFonts w:asciiTheme="majorHAnsi" w:hAnsiTheme="majorHAnsi" w:cstheme="majorHAnsi"/>
        </w:rPr>
        <w:t>programme</w:t>
      </w:r>
      <w:proofErr w:type="spellEnd"/>
      <w:r w:rsidRPr="00CC1DF7">
        <w:rPr>
          <w:rFonts w:asciiTheme="majorHAnsi" w:hAnsiTheme="majorHAnsi" w:cstheme="majorHAnsi"/>
        </w:rPr>
        <w:t>(s), please explain what provision will be made to support them to achieve the required level within the timeframe.</w:t>
      </w:r>
    </w:p>
    <w:tbl>
      <w:tblPr>
        <w:tblStyle w:val="TableGrid"/>
        <w:tblW w:w="0" w:type="auto"/>
        <w:tblLook w:val="04A0" w:firstRow="1" w:lastRow="0" w:firstColumn="1" w:lastColumn="0" w:noHBand="0" w:noVBand="1"/>
        <w:tblCaption w:val="10. English Language Proficiency"/>
        <w:tblDescription w:val="Accessible response table for 10. English Language Proficiency"/>
      </w:tblPr>
      <w:tblGrid>
        <w:gridCol w:w="8640"/>
      </w:tblGrid>
      <w:tr w:rsidR="007B6572" w:rsidRPr="00CC1DF7" w14:paraId="7E8392EB" w14:textId="77777777">
        <w:tc>
          <w:tcPr>
            <w:tcW w:w="8640" w:type="dxa"/>
          </w:tcPr>
          <w:p w14:paraId="25F68CC8"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099519FA" w14:textId="77777777" w:rsidTr="00513C7A">
        <w:trPr>
          <w:trHeight w:val="2301"/>
        </w:trPr>
        <w:tc>
          <w:tcPr>
            <w:tcW w:w="8640" w:type="dxa"/>
          </w:tcPr>
          <w:p w14:paraId="18A83F67" w14:textId="77777777" w:rsidR="007B6572" w:rsidRPr="00CC1DF7" w:rsidRDefault="007B6572">
            <w:pPr>
              <w:rPr>
                <w:rFonts w:asciiTheme="majorHAnsi" w:hAnsiTheme="majorHAnsi" w:cstheme="majorHAnsi"/>
              </w:rPr>
            </w:pPr>
          </w:p>
        </w:tc>
      </w:tr>
    </w:tbl>
    <w:p w14:paraId="38125134" w14:textId="77777777" w:rsidR="007B6572" w:rsidRPr="00CC1DF7" w:rsidRDefault="00B7627A" w:rsidP="00CC1DF7">
      <w:pPr>
        <w:pStyle w:val="Heading2"/>
        <w:rPr>
          <w:rFonts w:cstheme="majorHAnsi"/>
        </w:rPr>
      </w:pPr>
      <w:r w:rsidRPr="00CC1DF7">
        <w:rPr>
          <w:rFonts w:cstheme="majorHAnsi"/>
        </w:rPr>
        <w:t>11. Timescales</w:t>
      </w:r>
    </w:p>
    <w:p w14:paraId="31C21960" w14:textId="5E952833" w:rsidR="007B6572" w:rsidRPr="00CC1DF7" w:rsidRDefault="00B7627A">
      <w:pPr>
        <w:rPr>
          <w:rFonts w:asciiTheme="majorHAnsi" w:hAnsiTheme="majorHAnsi" w:cstheme="majorHAnsi"/>
        </w:rPr>
      </w:pPr>
      <w:r w:rsidRPr="00CC1DF7">
        <w:rPr>
          <w:rFonts w:asciiTheme="majorHAnsi" w:hAnsiTheme="majorHAnsi" w:cstheme="majorHAnsi"/>
        </w:rPr>
        <w:t xml:space="preserve">Please state the intended </w:t>
      </w:r>
      <w:proofErr w:type="gramStart"/>
      <w:r w:rsidRPr="00CC1DF7">
        <w:rPr>
          <w:rFonts w:asciiTheme="majorHAnsi" w:hAnsiTheme="majorHAnsi" w:cstheme="majorHAnsi"/>
        </w:rPr>
        <w:t>start</w:t>
      </w:r>
      <w:proofErr w:type="gramEnd"/>
      <w:r w:rsidRPr="00CC1DF7">
        <w:rPr>
          <w:rFonts w:asciiTheme="majorHAnsi" w:hAnsiTheme="majorHAnsi" w:cstheme="majorHAnsi"/>
        </w:rPr>
        <w:t xml:space="preserve"> date for programme delivery and the expected time needed for local</w:t>
      </w:r>
      <w:r w:rsidR="005B1BC4" w:rsidRPr="00CC1DF7">
        <w:rPr>
          <w:rFonts w:asciiTheme="majorHAnsi" w:hAnsiTheme="majorHAnsi" w:cstheme="majorHAnsi"/>
        </w:rPr>
        <w:t xml:space="preserve"> Ministry</w:t>
      </w:r>
      <w:r w:rsidRPr="00CC1DF7">
        <w:rPr>
          <w:rFonts w:asciiTheme="majorHAnsi" w:hAnsiTheme="majorHAnsi" w:cstheme="majorHAnsi"/>
        </w:rPr>
        <w:t xml:space="preserve"> approvals.</w:t>
      </w:r>
    </w:p>
    <w:tbl>
      <w:tblPr>
        <w:tblStyle w:val="TableGrid"/>
        <w:tblW w:w="0" w:type="auto"/>
        <w:tblLook w:val="04A0" w:firstRow="1" w:lastRow="0" w:firstColumn="1" w:lastColumn="0" w:noHBand="0" w:noVBand="1"/>
        <w:tblCaption w:val="11. Timescales"/>
        <w:tblDescription w:val="Accessible response table for 11. Timescales"/>
      </w:tblPr>
      <w:tblGrid>
        <w:gridCol w:w="8640"/>
      </w:tblGrid>
      <w:tr w:rsidR="007B6572" w:rsidRPr="00CC1DF7" w14:paraId="7FDEB88B" w14:textId="77777777">
        <w:tc>
          <w:tcPr>
            <w:tcW w:w="8640" w:type="dxa"/>
          </w:tcPr>
          <w:p w14:paraId="7E543769"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rsidRPr="00CC1DF7" w14:paraId="15DFB4F4" w14:textId="77777777" w:rsidTr="005B1BC4">
        <w:trPr>
          <w:trHeight w:val="1970"/>
        </w:trPr>
        <w:tc>
          <w:tcPr>
            <w:tcW w:w="8640" w:type="dxa"/>
          </w:tcPr>
          <w:p w14:paraId="1E5AA103" w14:textId="77777777" w:rsidR="007B6572" w:rsidRPr="00CC1DF7" w:rsidRDefault="007B6572">
            <w:pPr>
              <w:rPr>
                <w:rFonts w:asciiTheme="majorHAnsi" w:hAnsiTheme="majorHAnsi" w:cstheme="majorHAnsi"/>
              </w:rPr>
            </w:pPr>
          </w:p>
        </w:tc>
      </w:tr>
    </w:tbl>
    <w:p w14:paraId="422DA558" w14:textId="77777777" w:rsidR="007B6572" w:rsidRDefault="00B7627A" w:rsidP="00CC1DF7">
      <w:pPr>
        <w:pStyle w:val="Heading2"/>
      </w:pPr>
      <w:r>
        <w:lastRenderedPageBreak/>
        <w:t>12. Existing Partnerships</w:t>
      </w:r>
    </w:p>
    <w:p w14:paraId="6C2CFD5A" w14:textId="4FAE38AD" w:rsidR="007B6572" w:rsidRPr="00CC1DF7" w:rsidRDefault="00B7627A">
      <w:pPr>
        <w:rPr>
          <w:rFonts w:asciiTheme="majorHAnsi" w:hAnsiTheme="majorHAnsi" w:cstheme="majorHAnsi"/>
        </w:rPr>
      </w:pPr>
      <w:r w:rsidRPr="00CC1DF7">
        <w:rPr>
          <w:rFonts w:asciiTheme="majorHAnsi" w:hAnsiTheme="majorHAnsi" w:cstheme="majorHAnsi"/>
        </w:rPr>
        <w:t xml:space="preserve">Please provide details of current or previous partnerships, including </w:t>
      </w:r>
      <w:r w:rsidR="00EE799D" w:rsidRPr="00CC1DF7">
        <w:rPr>
          <w:rFonts w:asciiTheme="majorHAnsi" w:hAnsiTheme="majorHAnsi" w:cstheme="majorHAnsi"/>
        </w:rPr>
        <w:t>the name of the institution and the start and end dates of the partnership, and the type of partnership e.g. validation, dual degree, articulation.</w:t>
      </w:r>
      <w:r w:rsidR="00EB074F" w:rsidRPr="00CC1DF7">
        <w:rPr>
          <w:rFonts w:asciiTheme="majorHAnsi" w:hAnsiTheme="majorHAnsi" w:cstheme="majorHAnsi"/>
        </w:rPr>
        <w:t xml:space="preserve"> </w:t>
      </w:r>
    </w:p>
    <w:tbl>
      <w:tblPr>
        <w:tblStyle w:val="TableGrid"/>
        <w:tblW w:w="0" w:type="auto"/>
        <w:tblLook w:val="04A0" w:firstRow="1" w:lastRow="0" w:firstColumn="1" w:lastColumn="0" w:noHBand="0" w:noVBand="1"/>
        <w:tblCaption w:val="12. Existing Partnerships"/>
        <w:tblDescription w:val="Accessible response table for 12. Existing Partnerships"/>
      </w:tblPr>
      <w:tblGrid>
        <w:gridCol w:w="8640"/>
      </w:tblGrid>
      <w:tr w:rsidR="007B6572" w:rsidRPr="00CC1DF7" w14:paraId="4B1B5CAF" w14:textId="77777777">
        <w:tc>
          <w:tcPr>
            <w:tcW w:w="8640" w:type="dxa"/>
          </w:tcPr>
          <w:p w14:paraId="1500647A" w14:textId="77777777" w:rsidR="007B6572" w:rsidRPr="00CC1DF7" w:rsidRDefault="00B7627A">
            <w:pPr>
              <w:rPr>
                <w:rFonts w:asciiTheme="majorHAnsi" w:hAnsiTheme="majorHAnsi" w:cstheme="majorHAnsi"/>
              </w:rPr>
            </w:pPr>
            <w:r w:rsidRPr="00CC1DF7">
              <w:rPr>
                <w:rFonts w:asciiTheme="majorHAnsi" w:hAnsiTheme="majorHAnsi" w:cstheme="majorHAnsi"/>
              </w:rPr>
              <w:t>Response</w:t>
            </w:r>
          </w:p>
        </w:tc>
      </w:tr>
      <w:tr w:rsidR="007B6572" w14:paraId="14B2F53E" w14:textId="77777777" w:rsidTr="00EE799D">
        <w:trPr>
          <w:trHeight w:val="1953"/>
        </w:trPr>
        <w:tc>
          <w:tcPr>
            <w:tcW w:w="8640" w:type="dxa"/>
          </w:tcPr>
          <w:p w14:paraId="73BF8089" w14:textId="77777777" w:rsidR="007B6572" w:rsidRDefault="007B6572"/>
        </w:tc>
      </w:tr>
    </w:tbl>
    <w:p w14:paraId="68E105F4" w14:textId="77777777" w:rsidR="00B7627A" w:rsidRDefault="00B7627A"/>
    <w:sectPr w:rsidR="00B7627A"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8901" w14:textId="77777777" w:rsidR="006559AD" w:rsidRDefault="006559AD" w:rsidP="00E95C69">
      <w:pPr>
        <w:spacing w:after="0" w:line="240" w:lineRule="auto"/>
      </w:pPr>
      <w:r>
        <w:separator/>
      </w:r>
    </w:p>
  </w:endnote>
  <w:endnote w:type="continuationSeparator" w:id="0">
    <w:p w14:paraId="75BE52CE" w14:textId="77777777" w:rsidR="006559AD" w:rsidRDefault="006559AD" w:rsidP="00E95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E8AA" w14:textId="77777777" w:rsidR="006559AD" w:rsidRDefault="006559AD" w:rsidP="00E95C69">
      <w:pPr>
        <w:spacing w:after="0" w:line="240" w:lineRule="auto"/>
      </w:pPr>
      <w:r>
        <w:separator/>
      </w:r>
    </w:p>
  </w:footnote>
  <w:footnote w:type="continuationSeparator" w:id="0">
    <w:p w14:paraId="7BFEA9D6" w14:textId="77777777" w:rsidR="006559AD" w:rsidRDefault="006559AD" w:rsidP="00E95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7AB4" w14:textId="2505F635" w:rsidR="00E95C69" w:rsidRDefault="00E95C69" w:rsidP="00E95C69">
    <w:pPr>
      <w:pStyle w:val="Header"/>
      <w:jc w:val="right"/>
    </w:pPr>
    <w:r>
      <w:rPr>
        <w:noProof/>
        <w:lang w:val="en-GB" w:eastAsia="en-GB"/>
      </w:rPr>
      <w:drawing>
        <wp:inline distT="0" distB="0" distL="0" distR="0" wp14:anchorId="70C30786" wp14:editId="05048955">
          <wp:extent cx="1908000" cy="436584"/>
          <wp:effectExtent l="0" t="0" r="0" b="0"/>
          <wp:docPr id="4" name="Picture 4" descr="Goldsmiths, University of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32_CMYK_goldsmiths_logo.eps"/>
                  <pic:cNvPicPr/>
                </pic:nvPicPr>
                <pic:blipFill>
                  <a:blip r:embed="rId1">
                    <a:extLst>
                      <a:ext uri="{28A0092B-C50C-407E-A947-70E740481C1C}">
                        <a14:useLocalDpi xmlns:a14="http://schemas.microsoft.com/office/drawing/2010/main" val="0"/>
                      </a:ext>
                    </a:extLst>
                  </a:blip>
                  <a:stretch>
                    <a:fillRect/>
                  </a:stretch>
                </pic:blipFill>
                <pic:spPr>
                  <a:xfrm>
                    <a:off x="0" y="0"/>
                    <a:ext cx="1908000" cy="4365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7D3D00"/>
    <w:multiLevelType w:val="hybridMultilevel"/>
    <w:tmpl w:val="F2683E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949699324">
    <w:abstractNumId w:val="8"/>
  </w:num>
  <w:num w:numId="2" w16cid:durableId="582959593">
    <w:abstractNumId w:val="6"/>
  </w:num>
  <w:num w:numId="3" w16cid:durableId="1314406259">
    <w:abstractNumId w:val="5"/>
  </w:num>
  <w:num w:numId="4" w16cid:durableId="910386785">
    <w:abstractNumId w:val="4"/>
  </w:num>
  <w:num w:numId="5" w16cid:durableId="1740135619">
    <w:abstractNumId w:val="7"/>
  </w:num>
  <w:num w:numId="6" w16cid:durableId="1199316154">
    <w:abstractNumId w:val="3"/>
  </w:num>
  <w:num w:numId="7" w16cid:durableId="642780727">
    <w:abstractNumId w:val="2"/>
  </w:num>
  <w:num w:numId="8" w16cid:durableId="1657953460">
    <w:abstractNumId w:val="1"/>
  </w:num>
  <w:num w:numId="9" w16cid:durableId="1547569017">
    <w:abstractNumId w:val="0"/>
  </w:num>
  <w:num w:numId="10" w16cid:durableId="4566079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446"/>
    <w:rsid w:val="00042B1E"/>
    <w:rsid w:val="0006063C"/>
    <w:rsid w:val="000B744D"/>
    <w:rsid w:val="0015074B"/>
    <w:rsid w:val="0016757C"/>
    <w:rsid w:val="0029639D"/>
    <w:rsid w:val="00326F90"/>
    <w:rsid w:val="0045691A"/>
    <w:rsid w:val="004953B8"/>
    <w:rsid w:val="00513C7A"/>
    <w:rsid w:val="0056080D"/>
    <w:rsid w:val="00565906"/>
    <w:rsid w:val="005B1BC4"/>
    <w:rsid w:val="006559AD"/>
    <w:rsid w:val="0076624E"/>
    <w:rsid w:val="007B6572"/>
    <w:rsid w:val="007E0F24"/>
    <w:rsid w:val="00845B83"/>
    <w:rsid w:val="009147BA"/>
    <w:rsid w:val="00942229"/>
    <w:rsid w:val="0094568C"/>
    <w:rsid w:val="00AA1D8D"/>
    <w:rsid w:val="00B47730"/>
    <w:rsid w:val="00B7627A"/>
    <w:rsid w:val="00C05291"/>
    <w:rsid w:val="00C1008A"/>
    <w:rsid w:val="00C210DB"/>
    <w:rsid w:val="00CB0664"/>
    <w:rsid w:val="00CC1DF7"/>
    <w:rsid w:val="00D02609"/>
    <w:rsid w:val="00DC5FAC"/>
    <w:rsid w:val="00DD34AD"/>
    <w:rsid w:val="00E73417"/>
    <w:rsid w:val="00E95C69"/>
    <w:rsid w:val="00EB074F"/>
    <w:rsid w:val="00ED52D4"/>
    <w:rsid w:val="00EE79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BB45FA4-26D4-4119-9438-E81756AC5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IDAP Partnership Enquiry Form</dc:title>
  <dc:subject/>
  <dc:creator/>
  <cp:keywords/>
  <dc:description>Goldsmiths, University of London</dc:description>
  <cp:lastModifiedBy>Edyta Kozlowska</cp:lastModifiedBy>
  <cp:revision>7</cp:revision>
  <dcterms:created xsi:type="dcterms:W3CDTF">2026-06-09T09:24:00Z</dcterms:created>
  <dcterms:modified xsi:type="dcterms:W3CDTF">2026-09-09T15:17:00Z</dcterms:modified>
  <cp:category/>
</cp:coreProperties>
</file>